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סרטון: האמנציפציה – שוויון זכויות ליהודים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צפייה פעילה בסרטון על "האמנציפציה – שוויון זכויות ליהודים": שאלות לפני, במהלך ואחרי הצפייה.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https://historia-et-hachadasha.sites.tab.bot/video-emancipatzia.html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הקרינו את הסרטון/ים מעמוד הסרטון באתר. עצרו אחרי כל קטע לשאלות "במהלך הצפייה".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שוויון ליהודי אוסטריה-הונגריה – 1867 (החוקה של דצמבר 1867)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חייו של קלרמון-טונר 1757–1792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'הצו המביש' של נפוליאון – 1808 (ל-10 שנים)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לפני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מתן שוויון זכויות אזרחיות ופוליטיות לקבוצה שהייתה מופלית, כאן – ליהודים.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ניהול עצמי של הקהילה היהודית: בתי דין, גביית מסים ומוסדות חינוך משלה.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במהלך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תשובות לפי הסרטון. אפשר להיעזר בעמוד היחידה – דמויות: יוסף השני, סטניסלס דה קלרמון-טונר, נפוליאון בונפרטה; מושגים: אמנציפציה, אוטונומיה קהילתית, כתב הסובלנות.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1789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קיסר אוסטריה; 'כתב הסובלנות' 1782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חבר האספה הלאומית בצרפת; תמך בשוויון ליהודים כיחידים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שליט צרפת; אספת הנכבדים והסנהדרין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אחרי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סרטון: האמנציפציה – שוויון זכויות ליהודים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צפו בסרטון בעמוד "האמנציפציה – שוויון זכויות ליהודים – סרטון ושאלות" באתר וענו על השאלות לפי הסדר.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אמנציפציה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מתן שוויון זכויות אזרחיות ופוליטיות לקבוצה שהייתה מופלית, כאן (emancipation (equal rights))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אוטונומיה קהילתית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ניהול עצמי של הקהילה היהודית: בתי דין, גביית מסים ומוסדות חינוך משלה.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 הסובלנות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 של יוסף השני (1782) שהקל על היהודים באוסטריה ודרש מהם השתלבות… (tolerance)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'העסקה' של האמנציפציה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זכויות ליהודים כיחידים בתמורה לוויתור על ייחוד לאומי וקהילתי. (emancipation (equal rights))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אספת הנכבדים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כינוס של נציגים יהודים שכינס נפוליאון ב-1806 כדי לבחון את נאמנותם…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פירוש המילה 'שוויון' בעיניכם?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"אמנציפציה"?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רובע נפרד בעיר שבו חויבו היהודים לגור, בדרך כלל מוקף חומה ושערים.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מתן שוויון זכויות אזרחיות ופוליטיות לקבוצה שהייתה מופלית, כאן – ליהודים.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מעמד של חבר במדינה, הכולל זכויות (כמו הצבעה) וחובות (כמו מסים).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"אוטונומיה קהילתית"?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ניהול עצמי של הקהילה היהודית: בתי דין, גביית מסים ומוסדות חינוך משלה.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היטמעות בתרבות הרוב עד כדי טשטוש או נטישה של הזהות היהודית.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צו של יוסף השני (1782) שהקל על היהודים באוסטריה ודרש מהם השתלבות בתרבות המדינה.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במהלך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רשמו שתי מגבלות שהיו מוטלות על יהודים לפני האמנציפציה.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אמנציפציה היא שוויון זכויות.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צרפת נתנה ליהודים שוויון ב-1791.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לפני האמנציפציה היו ליהודים הגבלות רבות.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1867: ההכרזה על זכויות האדם והאזרח; הוויכוח באספה הלאומית על היהודים.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מי זה?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בין השם לתיאור.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יוסף השני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שליט צרפת; אספת הנכבדים והסנהדרין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סטניסלס דה קלרמון-טונר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חבר האספה הלאומית בצרפת; תמך בשוויון ליהודים כיחידים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נפוליאון בונפרטה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קיסר אוסטריה; 'כתב הסובלנות' 1782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אחרי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היה הדבר הכי מעניין בסרטון? כתבו 2–3 משפטים.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"בסרטון ראיתי ש..."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"זה מעניין כי..."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חדש שלמדתי מהסרטון: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שהייתי רוצה לשאול: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דרגו את הסרטון: ⭐ ⭐ ⭐ ⭐ 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סרטון: האמנציפציה – שוויון זכויות ליהודים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