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סרטון: המהפכה התעשייתית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צפייה פעילה בסרטון על "המהפכה התעשייתית": שאלות לפני, במהלך ואחרי הצפייה.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https://historia-et-hachadasha.sites.tab.bot/video-mahapecha.html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הקרינו את הסרטון/ים מעמוד הסרטון באתר. עצרו אחרי כל קטע לשאלות "במהלך הצפייה".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שנת המצאת ה'ג'ני הטווה' – בסביבות 1764–1765 (פטנט 1770)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פטנט וואט – 1769; מנועים מסחריים – 1776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פטנט הנול המכני של קרטרייט – 1785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לפני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(מעוררת ידע קודם).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החלפת עבודת ידיים בעבודה של מכונות.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ריכוז עובדים ומכונות במבנה אחד, תחת פיקוח ובשעות עבודה קבועות.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במהלך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ג'יימס וואט, ריצ'רד ארקרייט, ג'ורג' סטפנסון; מושגים: מיכון, שיטת המפעל, מנוע קיטור.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תשובות לפי הסרטון. אפשר להיעזר בעמוד היחידה – דמויות: ג'יימס וואט, ריצ'רד ארקרייט, ג'ורג' סטפנסון; מושגים: מיכון, שיטת המפעל, מנוע קיטור.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אחרי הצפייה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אישית; לבדוק: רעיון מהסרטון + קשר נכון לחיינו היום.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1825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השנה הנכונה: 1848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סיבה ותוצאה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המהפכה התעשייתית החלה בבריטניה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היצע גדול של עובדים לערים ולמפעלים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מפעלים יכלו לקום הרחק מנהרות, וקמו רכבות ואוניות קיטור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עיור מהיר, צפיפות, תנאי תברואה גרועים ומחלות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שאלה לשיח ולכתיבה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🎬 סרטון: המהפכה התעשייתית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צפו בסרטון בעמוד "המהפכה התעשייתית – סרטון ושאלות" באתר וענו על השאלות לפי הסדר.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חשבו על חפץ אחד בבית שלכם. כיצד היו מייצרים אותו לפני 300 שנה?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פירוש המושג "מיכון"?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גישה שלפיה השוק צריך לפעול בחופשיות עם מעט התערבות של המדינה.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מכונה הממירה את כוח הקיטור מחימום מים לתנועה; מקור אנרגיה מרכזי בתקופה.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החלפת עבודת ידיים בעבודה של מכונות.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שינויים בשיטות החקלאות שהגדילו את התנובה ושחררו עובדים לעבודה בתעשייה.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 פירוש המושג "שיטת המפעל"?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מכונה הממירה את כוח הקיטור מחימום מים לתנועה; מקור אנרגיה מרכזי בתקופה.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ריכוז עובדים ומכונות במבנה אחד, תחת פיקוח ובשעות עבודה קבועות.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רעיון הדוגל בשוויון כלכלי ובבעלות משותפת או בפיקוח הציבור על אמצעי הייצור.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החלפת עבודת ידיים בעבודה של מכונות.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במהלך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רשמו שתי המצאות מרכזיות ואת השפעתן.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אילו שינויים חלו בחיי העיר ובחיי הפועלים?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אחרי הצפייה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השלימו – 'המהפכה התעשייתית שיפרה את … אבל פגעה ב…'.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נכון או לא נכון לפי מה שלמדתם.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1764: נפתחת מסילת הברזל סטוקטון–דרלינגטון.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בשנת 1764: מרקס ואנגלס מפרסמים את 'המניפסט הקומוניסטי'.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מנוע הקיטור הפעיל מכונות ורכבות.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הרבה אנשים עברו מהכפר לעיר.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הפועלים עבדו שעות רבות וקיבלו שכר נמוך.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סיבה ותוצאה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סיבה את התוצאה.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מרבצי פחם וברזל, הון ממסחר ושלטון יציב בבריטניה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עיור מהיר, צפיפות, תנאי תברואה גרועים ומחלות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המהפכה החקלאית הגדילה את התנובה ודחקה עובדים מהכפר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מפעלים יכלו לקום הרחק מנהרות, וקמו רכבות ואוניות קיטור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שיפור מנוע הקיטור בידי וואט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המהפכה התעשייתית החלה בבריטניה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 המוני של עובדים לערים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היצע גדול של עובדים לערים ולמפעלים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שאלה לשיח ולכתיבה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האם הקדמה הטכנולוגית מצדיקה את המחיר החברתי שלה? נמקו בעזרת דוגמה מהמהפכה התעשייתית.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כתבו את עמדתכם.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נמקו בעזרת דוגמה מהסרטון או מהיחידה.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חדש שלמדתי מהסרטון: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שהייתי רוצה לשאול: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דרגו את הסרטון: ⭐ ⭐ ⭐ ⭐ 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סרטון: המהפכה התעשייתית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